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63F88" w14:textId="05B2104E" w:rsidR="00CB6355" w:rsidRPr="00B11DB6" w:rsidRDefault="00A973B7" w:rsidP="00DA50D9">
      <w:pPr>
        <w:spacing w:line="320" w:lineRule="exact"/>
        <w:jc w:val="center"/>
        <w:rPr>
          <w:sz w:val="32"/>
          <w:szCs w:val="32"/>
          <w:lang w:eastAsia="ja-JP"/>
        </w:rPr>
      </w:pPr>
      <w:r w:rsidRPr="00A973B7">
        <w:rPr>
          <w:rFonts w:hint="eastAsia"/>
          <w:b/>
          <w:sz w:val="32"/>
          <w:szCs w:val="32"/>
          <w:lang w:eastAsia="ja-JP"/>
        </w:rPr>
        <w:t>ＡＬＳＯＫ杯第</w:t>
      </w:r>
      <w:r>
        <w:rPr>
          <w:rFonts w:hint="eastAsia"/>
          <w:b/>
          <w:sz w:val="32"/>
          <w:szCs w:val="32"/>
          <w:lang w:eastAsia="ja-JP"/>
        </w:rPr>
        <w:t>７６</w:t>
      </w:r>
      <w:r w:rsidRPr="00A973B7">
        <w:rPr>
          <w:b/>
          <w:sz w:val="32"/>
          <w:szCs w:val="32"/>
          <w:lang w:eastAsia="ja-JP"/>
        </w:rPr>
        <w:t>期王将戦第</w:t>
      </w:r>
      <w:r w:rsidR="00DA50D9">
        <w:rPr>
          <w:rFonts w:hint="eastAsia"/>
          <w:b/>
          <w:sz w:val="32"/>
          <w:szCs w:val="32"/>
          <w:lang w:eastAsia="ja-JP"/>
        </w:rPr>
        <w:t>１</w:t>
      </w:r>
      <w:r w:rsidRPr="00A973B7">
        <w:rPr>
          <w:b/>
          <w:sz w:val="32"/>
          <w:szCs w:val="32"/>
          <w:lang w:eastAsia="ja-JP"/>
        </w:rPr>
        <w:t>局</w:t>
      </w:r>
      <w:r w:rsidR="00B11DB6" w:rsidRPr="00B11DB6">
        <w:rPr>
          <w:rFonts w:hint="eastAsia"/>
          <w:b/>
          <w:sz w:val="32"/>
          <w:szCs w:val="32"/>
          <w:lang w:eastAsia="ja-JP"/>
        </w:rPr>
        <w:t xml:space="preserve">　</w:t>
      </w:r>
      <w:r w:rsidR="006745D5">
        <w:rPr>
          <w:rFonts w:hint="eastAsia"/>
          <w:b/>
          <w:sz w:val="32"/>
          <w:szCs w:val="32"/>
          <w:lang w:eastAsia="ja-JP"/>
        </w:rPr>
        <w:t>「</w:t>
      </w:r>
      <w:r w:rsidR="00B11DB6" w:rsidRPr="00B11DB6">
        <w:rPr>
          <w:b/>
          <w:sz w:val="32"/>
          <w:szCs w:val="32"/>
          <w:lang w:eastAsia="ja-JP"/>
        </w:rPr>
        <w:t>勝負おやつ</w:t>
      </w:r>
      <w:r w:rsidR="006745D5">
        <w:rPr>
          <w:rFonts w:hint="eastAsia"/>
          <w:b/>
          <w:sz w:val="32"/>
          <w:szCs w:val="32"/>
          <w:lang w:eastAsia="ja-JP"/>
        </w:rPr>
        <w:t>」</w:t>
      </w:r>
      <w:r w:rsidR="00B11DB6" w:rsidRPr="00B11DB6">
        <w:rPr>
          <w:b/>
          <w:sz w:val="32"/>
          <w:szCs w:val="32"/>
          <w:lang w:eastAsia="ja-JP"/>
        </w:rPr>
        <w:t>申込書</w:t>
      </w:r>
    </w:p>
    <w:p w14:paraId="6E2EFE53" w14:textId="323CD7C8" w:rsidR="00A973B7" w:rsidRDefault="00A973B7" w:rsidP="00DA50D9">
      <w:pPr>
        <w:spacing w:line="320" w:lineRule="exact"/>
        <w:rPr>
          <w:sz w:val="24"/>
          <w:szCs w:val="24"/>
          <w:lang w:eastAsia="ja-JP"/>
        </w:rPr>
      </w:pPr>
    </w:p>
    <w:p w14:paraId="63500345" w14:textId="52C5445D" w:rsidR="00CB6355" w:rsidRDefault="00A973B7" w:rsidP="00DA50D9">
      <w:pPr>
        <w:spacing w:line="320" w:lineRule="exact"/>
        <w:rPr>
          <w:sz w:val="24"/>
          <w:szCs w:val="24"/>
          <w:lang w:eastAsia="ja-JP"/>
        </w:rPr>
      </w:pPr>
      <w:r w:rsidRPr="00A973B7">
        <w:rPr>
          <w:rFonts w:hint="eastAsia"/>
          <w:sz w:val="24"/>
          <w:szCs w:val="24"/>
          <w:lang w:eastAsia="ja-JP"/>
        </w:rPr>
        <w:t xml:space="preserve">　ＡＬＳＯＫ杯第</w:t>
      </w:r>
      <w:r>
        <w:rPr>
          <w:rFonts w:hint="eastAsia"/>
          <w:sz w:val="24"/>
          <w:szCs w:val="24"/>
          <w:lang w:eastAsia="ja-JP"/>
        </w:rPr>
        <w:t>７６</w:t>
      </w:r>
      <w:r w:rsidRPr="00A973B7">
        <w:rPr>
          <w:sz w:val="24"/>
          <w:szCs w:val="24"/>
          <w:lang w:eastAsia="ja-JP"/>
        </w:rPr>
        <w:t>期王将戦第</w:t>
      </w:r>
      <w:r w:rsidR="00DA50D9">
        <w:rPr>
          <w:rFonts w:hint="eastAsia"/>
          <w:sz w:val="24"/>
          <w:szCs w:val="24"/>
          <w:lang w:eastAsia="ja-JP"/>
        </w:rPr>
        <w:t>１</w:t>
      </w:r>
      <w:r w:rsidRPr="00A973B7">
        <w:rPr>
          <w:sz w:val="24"/>
          <w:szCs w:val="24"/>
          <w:lang w:eastAsia="ja-JP"/>
        </w:rPr>
        <w:t>局「勝負おやつ」募集要項の内容を了承し、</w:t>
      </w:r>
      <w:r w:rsidR="00DA50D9">
        <w:rPr>
          <w:rFonts w:hint="eastAsia"/>
          <w:sz w:val="24"/>
          <w:szCs w:val="24"/>
          <w:lang w:eastAsia="ja-JP"/>
        </w:rPr>
        <w:t>下記のとおり</w:t>
      </w:r>
      <w:r w:rsidRPr="00A973B7">
        <w:rPr>
          <w:sz w:val="24"/>
          <w:szCs w:val="24"/>
          <w:lang w:eastAsia="ja-JP"/>
        </w:rPr>
        <w:t>申し込みます。</w:t>
      </w:r>
    </w:p>
    <w:p w14:paraId="74DC8D95" w14:textId="7398983E" w:rsidR="00076AFC" w:rsidRDefault="00076AFC" w:rsidP="00DA50D9">
      <w:pPr>
        <w:spacing w:line="320" w:lineRule="exact"/>
        <w:rPr>
          <w:sz w:val="24"/>
          <w:szCs w:val="24"/>
          <w:lang w:eastAsia="ja-JP"/>
        </w:rPr>
      </w:pPr>
      <w:r>
        <w:rPr>
          <w:rFonts w:hint="eastAsia"/>
          <w:sz w:val="24"/>
          <w:szCs w:val="24"/>
          <w:lang w:eastAsia="ja-JP"/>
        </w:rPr>
        <w:t xml:space="preserve">　なお、選定結果について異議を申し立てることはありません。</w:t>
      </w:r>
    </w:p>
    <w:p w14:paraId="63126C4B" w14:textId="54D15DCD" w:rsidR="00DA50D9" w:rsidRDefault="00DA50D9" w:rsidP="00DA50D9">
      <w:pPr>
        <w:spacing w:line="320" w:lineRule="exact"/>
        <w:rPr>
          <w:sz w:val="24"/>
          <w:szCs w:val="24"/>
          <w:lang w:eastAsia="ja-JP"/>
        </w:rPr>
      </w:pPr>
    </w:p>
    <w:tbl>
      <w:tblPr>
        <w:tblStyle w:val="afe"/>
        <w:tblW w:w="0" w:type="auto"/>
        <w:jc w:val="center"/>
        <w:tblLook w:val="04A0" w:firstRow="1" w:lastRow="0" w:firstColumn="1" w:lastColumn="0" w:noHBand="0" w:noVBand="1"/>
      </w:tblPr>
      <w:tblGrid>
        <w:gridCol w:w="2266"/>
        <w:gridCol w:w="7362"/>
      </w:tblGrid>
      <w:tr w:rsidR="00DA50D9" w:rsidRPr="00003941" w14:paraId="683D1E85" w14:textId="77777777" w:rsidTr="00003941">
        <w:trPr>
          <w:trHeight w:val="563"/>
          <w:jc w:val="center"/>
        </w:trPr>
        <w:tc>
          <w:tcPr>
            <w:tcW w:w="2268" w:type="dxa"/>
            <w:vAlign w:val="center"/>
          </w:tcPr>
          <w:p w14:paraId="2C7113F6" w14:textId="210EA5AF" w:rsidR="00DA50D9" w:rsidRPr="00003941" w:rsidRDefault="00DA50D9" w:rsidP="00DA50D9">
            <w:pPr>
              <w:spacing w:line="320" w:lineRule="exact"/>
              <w:jc w:val="center"/>
              <w:rPr>
                <w:sz w:val="24"/>
                <w:szCs w:val="24"/>
              </w:rPr>
            </w:pPr>
            <w:r>
              <w:rPr>
                <w:rFonts w:hint="eastAsia"/>
                <w:sz w:val="24"/>
                <w:szCs w:val="24"/>
                <w:lang w:eastAsia="ja-JP"/>
              </w:rPr>
              <w:t>申込日</w:t>
            </w:r>
          </w:p>
        </w:tc>
        <w:tc>
          <w:tcPr>
            <w:tcW w:w="7370" w:type="dxa"/>
            <w:vAlign w:val="center"/>
          </w:tcPr>
          <w:p w14:paraId="091791B2" w14:textId="38F176A8" w:rsidR="00DA50D9" w:rsidRPr="00003941" w:rsidRDefault="00DA50D9" w:rsidP="00DA50D9">
            <w:pPr>
              <w:spacing w:line="320" w:lineRule="exact"/>
              <w:rPr>
                <w:sz w:val="24"/>
                <w:szCs w:val="24"/>
              </w:rPr>
            </w:pPr>
            <w:proofErr w:type="spellStart"/>
            <w:r w:rsidRPr="00DA50D9">
              <w:rPr>
                <w:rFonts w:hint="eastAsia"/>
                <w:sz w:val="24"/>
                <w:szCs w:val="24"/>
              </w:rPr>
              <w:t>令和</w:t>
            </w:r>
            <w:proofErr w:type="spellEnd"/>
            <w:r w:rsidRPr="00DA50D9">
              <w:rPr>
                <w:rFonts w:hint="eastAsia"/>
                <w:sz w:val="24"/>
                <w:szCs w:val="24"/>
              </w:rPr>
              <w:t xml:space="preserve">　　</w:t>
            </w:r>
            <w:r>
              <w:rPr>
                <w:rFonts w:hint="eastAsia"/>
                <w:sz w:val="24"/>
                <w:szCs w:val="24"/>
                <w:lang w:eastAsia="ja-JP"/>
              </w:rPr>
              <w:t xml:space="preserve">　</w:t>
            </w:r>
            <w:r w:rsidRPr="00DA50D9">
              <w:rPr>
                <w:rFonts w:hint="eastAsia"/>
                <w:sz w:val="24"/>
                <w:szCs w:val="24"/>
              </w:rPr>
              <w:t xml:space="preserve">年　</w:t>
            </w:r>
            <w:r>
              <w:rPr>
                <w:rFonts w:hint="eastAsia"/>
                <w:sz w:val="24"/>
                <w:szCs w:val="24"/>
                <w:lang w:eastAsia="ja-JP"/>
              </w:rPr>
              <w:t xml:space="preserve">　</w:t>
            </w:r>
            <w:r w:rsidRPr="00DA50D9">
              <w:rPr>
                <w:rFonts w:hint="eastAsia"/>
                <w:sz w:val="24"/>
                <w:szCs w:val="24"/>
              </w:rPr>
              <w:t xml:space="preserve">　月</w:t>
            </w:r>
            <w:r>
              <w:rPr>
                <w:rFonts w:hint="eastAsia"/>
                <w:sz w:val="24"/>
                <w:szCs w:val="24"/>
                <w:lang w:eastAsia="ja-JP"/>
              </w:rPr>
              <w:t xml:space="preserve">　</w:t>
            </w:r>
            <w:r w:rsidRPr="00DA50D9">
              <w:rPr>
                <w:rFonts w:hint="eastAsia"/>
                <w:sz w:val="24"/>
                <w:szCs w:val="24"/>
              </w:rPr>
              <w:t xml:space="preserve">　　日</w:t>
            </w:r>
          </w:p>
        </w:tc>
      </w:tr>
      <w:tr w:rsidR="00CB6355" w:rsidRPr="00003941" w14:paraId="1CFB41D6" w14:textId="77777777" w:rsidTr="00DA50D9">
        <w:trPr>
          <w:trHeight w:val="741"/>
          <w:jc w:val="center"/>
        </w:trPr>
        <w:tc>
          <w:tcPr>
            <w:tcW w:w="2268" w:type="dxa"/>
            <w:vAlign w:val="center"/>
          </w:tcPr>
          <w:p w14:paraId="0F9A571F" w14:textId="77777777" w:rsidR="00CB6355" w:rsidRPr="00003941" w:rsidRDefault="00B11DB6" w:rsidP="00DA50D9">
            <w:pPr>
              <w:spacing w:line="320" w:lineRule="exact"/>
              <w:jc w:val="center"/>
              <w:rPr>
                <w:sz w:val="24"/>
                <w:szCs w:val="24"/>
              </w:rPr>
            </w:pPr>
            <w:proofErr w:type="spellStart"/>
            <w:r w:rsidRPr="00003941">
              <w:rPr>
                <w:sz w:val="24"/>
                <w:szCs w:val="24"/>
              </w:rPr>
              <w:t>事業者名</w:t>
            </w:r>
            <w:proofErr w:type="spellEnd"/>
          </w:p>
        </w:tc>
        <w:tc>
          <w:tcPr>
            <w:tcW w:w="7370" w:type="dxa"/>
            <w:vAlign w:val="center"/>
          </w:tcPr>
          <w:p w14:paraId="2F0CE6B4" w14:textId="54629584" w:rsidR="00CB6355" w:rsidRPr="00DA50D9" w:rsidRDefault="00CB6355" w:rsidP="00DA50D9">
            <w:pPr>
              <w:spacing w:line="320" w:lineRule="exact"/>
              <w:rPr>
                <w:sz w:val="28"/>
                <w:szCs w:val="28"/>
              </w:rPr>
            </w:pPr>
          </w:p>
        </w:tc>
      </w:tr>
      <w:tr w:rsidR="00CB6355" w:rsidRPr="00003941" w14:paraId="4CC5F4F1" w14:textId="77777777" w:rsidTr="00DA50D9">
        <w:trPr>
          <w:trHeight w:val="851"/>
          <w:jc w:val="center"/>
        </w:trPr>
        <w:tc>
          <w:tcPr>
            <w:tcW w:w="2268" w:type="dxa"/>
            <w:vAlign w:val="center"/>
          </w:tcPr>
          <w:p w14:paraId="6E197C4A" w14:textId="77777777" w:rsidR="00CB6355" w:rsidRPr="00003941" w:rsidRDefault="00B11DB6" w:rsidP="00DA50D9">
            <w:pPr>
              <w:spacing w:line="320" w:lineRule="exact"/>
              <w:jc w:val="center"/>
              <w:rPr>
                <w:sz w:val="24"/>
                <w:szCs w:val="24"/>
              </w:rPr>
            </w:pPr>
            <w:proofErr w:type="spellStart"/>
            <w:r w:rsidRPr="00003941">
              <w:rPr>
                <w:sz w:val="24"/>
                <w:szCs w:val="24"/>
              </w:rPr>
              <w:t>所在地</w:t>
            </w:r>
            <w:proofErr w:type="spellEnd"/>
          </w:p>
        </w:tc>
        <w:tc>
          <w:tcPr>
            <w:tcW w:w="7370" w:type="dxa"/>
          </w:tcPr>
          <w:p w14:paraId="0D8AF642" w14:textId="77777777" w:rsidR="00CB6355" w:rsidRDefault="00B11DB6" w:rsidP="00DA50D9">
            <w:pPr>
              <w:spacing w:line="320" w:lineRule="exact"/>
              <w:jc w:val="both"/>
              <w:rPr>
                <w:sz w:val="24"/>
                <w:szCs w:val="24"/>
              </w:rPr>
            </w:pPr>
            <w:r w:rsidRPr="00003941">
              <w:rPr>
                <w:sz w:val="24"/>
                <w:szCs w:val="24"/>
              </w:rPr>
              <w:t>〒</w:t>
            </w:r>
          </w:p>
          <w:p w14:paraId="62C22302" w14:textId="38BEDF58" w:rsidR="00DA50D9" w:rsidRPr="00DA50D9" w:rsidRDefault="00DA50D9" w:rsidP="00DA50D9">
            <w:pPr>
              <w:spacing w:line="320" w:lineRule="exact"/>
              <w:jc w:val="both"/>
              <w:rPr>
                <w:sz w:val="28"/>
                <w:szCs w:val="28"/>
              </w:rPr>
            </w:pPr>
          </w:p>
        </w:tc>
      </w:tr>
      <w:tr w:rsidR="00CB6355" w:rsidRPr="00003941" w14:paraId="5AA896B2" w14:textId="77777777">
        <w:trPr>
          <w:jc w:val="center"/>
        </w:trPr>
        <w:tc>
          <w:tcPr>
            <w:tcW w:w="2268" w:type="dxa"/>
            <w:vAlign w:val="center"/>
          </w:tcPr>
          <w:p w14:paraId="6152ACFF" w14:textId="77777777" w:rsidR="00CB6355" w:rsidRPr="00003941" w:rsidRDefault="00B11DB6" w:rsidP="00DA50D9">
            <w:pPr>
              <w:spacing w:line="320" w:lineRule="exact"/>
              <w:jc w:val="center"/>
              <w:rPr>
                <w:sz w:val="24"/>
                <w:szCs w:val="24"/>
              </w:rPr>
            </w:pPr>
            <w:proofErr w:type="spellStart"/>
            <w:r w:rsidRPr="00003941">
              <w:rPr>
                <w:sz w:val="24"/>
                <w:szCs w:val="24"/>
              </w:rPr>
              <w:t>担当者・連絡先</w:t>
            </w:r>
            <w:proofErr w:type="spellEnd"/>
          </w:p>
        </w:tc>
        <w:tc>
          <w:tcPr>
            <w:tcW w:w="7370" w:type="dxa"/>
            <w:vAlign w:val="center"/>
          </w:tcPr>
          <w:p w14:paraId="3BC39E9C" w14:textId="77777777" w:rsidR="00CB6355" w:rsidRPr="00003941" w:rsidRDefault="00B11DB6" w:rsidP="00DA50D9">
            <w:pPr>
              <w:spacing w:line="320" w:lineRule="exact"/>
              <w:rPr>
                <w:sz w:val="24"/>
                <w:szCs w:val="24"/>
                <w:lang w:eastAsia="ja-JP"/>
              </w:rPr>
            </w:pPr>
            <w:r w:rsidRPr="00003941">
              <w:rPr>
                <w:sz w:val="24"/>
                <w:szCs w:val="24"/>
                <w:lang w:eastAsia="ja-JP"/>
              </w:rPr>
              <w:t>氏名：　　　　　　　　　電話：</w:t>
            </w:r>
            <w:r w:rsidRPr="00003941">
              <w:rPr>
                <w:sz w:val="24"/>
                <w:szCs w:val="24"/>
                <w:lang w:eastAsia="ja-JP"/>
              </w:rPr>
              <w:br/>
            </w:r>
            <w:r w:rsidRPr="00003941">
              <w:rPr>
                <w:sz w:val="24"/>
                <w:szCs w:val="24"/>
                <w:lang w:eastAsia="ja-JP"/>
              </w:rPr>
              <w:t>メール：</w:t>
            </w:r>
          </w:p>
        </w:tc>
      </w:tr>
      <w:tr w:rsidR="00CB6355" w:rsidRPr="00003941" w14:paraId="5525D0CE" w14:textId="77777777" w:rsidTr="00076AFC">
        <w:trPr>
          <w:trHeight w:val="971"/>
          <w:jc w:val="center"/>
        </w:trPr>
        <w:tc>
          <w:tcPr>
            <w:tcW w:w="2268" w:type="dxa"/>
            <w:vAlign w:val="center"/>
          </w:tcPr>
          <w:p w14:paraId="3225D94F" w14:textId="77777777" w:rsidR="00CB6355" w:rsidRPr="00003941" w:rsidRDefault="00B11DB6" w:rsidP="00DA50D9">
            <w:pPr>
              <w:spacing w:line="320" w:lineRule="exact"/>
              <w:jc w:val="center"/>
              <w:rPr>
                <w:sz w:val="24"/>
                <w:szCs w:val="24"/>
              </w:rPr>
            </w:pPr>
            <w:proofErr w:type="spellStart"/>
            <w:r w:rsidRPr="00003941">
              <w:rPr>
                <w:sz w:val="24"/>
                <w:szCs w:val="24"/>
              </w:rPr>
              <w:t>商品名</w:t>
            </w:r>
            <w:proofErr w:type="spellEnd"/>
          </w:p>
        </w:tc>
        <w:tc>
          <w:tcPr>
            <w:tcW w:w="7370" w:type="dxa"/>
            <w:vAlign w:val="center"/>
          </w:tcPr>
          <w:p w14:paraId="710E8589" w14:textId="77777777" w:rsidR="00CB6355" w:rsidRPr="00DA50D9" w:rsidRDefault="00CB6355" w:rsidP="00DA50D9">
            <w:pPr>
              <w:spacing w:line="320" w:lineRule="exact"/>
              <w:rPr>
                <w:sz w:val="28"/>
                <w:szCs w:val="28"/>
              </w:rPr>
            </w:pPr>
          </w:p>
        </w:tc>
      </w:tr>
      <w:tr w:rsidR="00CB6355" w:rsidRPr="00003941" w14:paraId="07B6AE26" w14:textId="77777777" w:rsidTr="00F04AE4">
        <w:trPr>
          <w:trHeight w:val="2239"/>
          <w:jc w:val="center"/>
        </w:trPr>
        <w:tc>
          <w:tcPr>
            <w:tcW w:w="2268" w:type="dxa"/>
            <w:vAlign w:val="center"/>
          </w:tcPr>
          <w:p w14:paraId="26C84861" w14:textId="5B53094B" w:rsidR="00003941" w:rsidRPr="00003941" w:rsidRDefault="00B11DB6" w:rsidP="00DA50D9">
            <w:pPr>
              <w:spacing w:line="320" w:lineRule="exact"/>
              <w:jc w:val="center"/>
              <w:rPr>
                <w:sz w:val="24"/>
                <w:szCs w:val="24"/>
                <w:lang w:eastAsia="ja-JP"/>
              </w:rPr>
            </w:pPr>
            <w:r w:rsidRPr="00003941">
              <w:rPr>
                <w:sz w:val="24"/>
                <w:szCs w:val="24"/>
                <w:lang w:eastAsia="ja-JP"/>
              </w:rPr>
              <w:t>商品概要・特徴</w:t>
            </w:r>
            <w:r w:rsidR="00003941">
              <w:rPr>
                <w:rFonts w:hint="eastAsia"/>
                <w:sz w:val="24"/>
                <w:szCs w:val="24"/>
                <w:lang w:eastAsia="ja-JP"/>
              </w:rPr>
              <w:t>・おすすめポイント</w:t>
            </w:r>
          </w:p>
        </w:tc>
        <w:tc>
          <w:tcPr>
            <w:tcW w:w="7370" w:type="dxa"/>
          </w:tcPr>
          <w:p w14:paraId="2896EFAA" w14:textId="77777777" w:rsidR="00CB6355" w:rsidRPr="00DA50D9" w:rsidRDefault="00B11DB6" w:rsidP="00DA50D9">
            <w:pPr>
              <w:spacing w:line="260" w:lineRule="exact"/>
              <w:rPr>
                <w:sz w:val="21"/>
                <w:szCs w:val="21"/>
                <w:lang w:eastAsia="ja-JP"/>
              </w:rPr>
            </w:pPr>
            <w:r w:rsidRPr="00DA50D9">
              <w:rPr>
                <w:sz w:val="21"/>
                <w:szCs w:val="21"/>
                <w:lang w:eastAsia="ja-JP"/>
              </w:rPr>
              <w:t>（大田市らしさ、オリジナリティー、主な原材料など）</w:t>
            </w:r>
          </w:p>
          <w:p w14:paraId="6C8D6709" w14:textId="299E4B97" w:rsidR="00DA50D9" w:rsidRPr="00DA50D9" w:rsidRDefault="00DA50D9" w:rsidP="00DA50D9">
            <w:pPr>
              <w:spacing w:line="240" w:lineRule="exact"/>
              <w:rPr>
                <w:sz w:val="21"/>
                <w:szCs w:val="21"/>
                <w:lang w:eastAsia="ja-JP"/>
              </w:rPr>
            </w:pPr>
          </w:p>
        </w:tc>
      </w:tr>
      <w:tr w:rsidR="00CB6355" w:rsidRPr="00003941" w14:paraId="7969A76D" w14:textId="77777777" w:rsidTr="00DA50D9">
        <w:trPr>
          <w:trHeight w:val="567"/>
          <w:jc w:val="center"/>
        </w:trPr>
        <w:tc>
          <w:tcPr>
            <w:tcW w:w="2268" w:type="dxa"/>
            <w:vAlign w:val="center"/>
          </w:tcPr>
          <w:p w14:paraId="06438E3F" w14:textId="77777777" w:rsidR="00CB6355" w:rsidRPr="00003941" w:rsidRDefault="00B11DB6" w:rsidP="00DA50D9">
            <w:pPr>
              <w:spacing w:line="320" w:lineRule="exact"/>
              <w:jc w:val="center"/>
              <w:rPr>
                <w:sz w:val="24"/>
                <w:szCs w:val="24"/>
              </w:rPr>
            </w:pPr>
            <w:proofErr w:type="spellStart"/>
            <w:r w:rsidRPr="00003941">
              <w:rPr>
                <w:sz w:val="24"/>
                <w:szCs w:val="24"/>
              </w:rPr>
              <w:t>販売価格</w:t>
            </w:r>
            <w:proofErr w:type="spellEnd"/>
          </w:p>
        </w:tc>
        <w:tc>
          <w:tcPr>
            <w:tcW w:w="7370" w:type="dxa"/>
            <w:vAlign w:val="center"/>
          </w:tcPr>
          <w:p w14:paraId="68B4C154" w14:textId="77777777" w:rsidR="00CB6355" w:rsidRPr="00003941" w:rsidRDefault="00B11DB6" w:rsidP="00DA50D9">
            <w:pPr>
              <w:spacing w:line="320" w:lineRule="exact"/>
              <w:rPr>
                <w:sz w:val="24"/>
                <w:szCs w:val="24"/>
                <w:lang w:eastAsia="ja-JP"/>
              </w:rPr>
            </w:pPr>
            <w:r w:rsidRPr="00003941">
              <w:rPr>
                <w:sz w:val="24"/>
                <w:szCs w:val="24"/>
                <w:lang w:eastAsia="ja-JP"/>
              </w:rPr>
              <w:t>税込　　　　　　　　　円</w:t>
            </w:r>
            <w:r w:rsidRPr="00003941">
              <w:rPr>
                <w:sz w:val="24"/>
                <w:szCs w:val="24"/>
                <w:lang w:eastAsia="ja-JP"/>
              </w:rPr>
              <w:t xml:space="preserve"> </w:t>
            </w:r>
            <w:r w:rsidRPr="00003941">
              <w:rPr>
                <w:sz w:val="24"/>
                <w:szCs w:val="24"/>
                <w:lang w:eastAsia="ja-JP"/>
              </w:rPr>
              <w:t>／</w:t>
            </w:r>
            <w:r w:rsidRPr="00003941">
              <w:rPr>
                <w:sz w:val="24"/>
                <w:szCs w:val="24"/>
                <w:lang w:eastAsia="ja-JP"/>
              </w:rPr>
              <w:t xml:space="preserve"> </w:t>
            </w:r>
            <w:r w:rsidRPr="00003941">
              <w:rPr>
                <w:sz w:val="24"/>
                <w:szCs w:val="24"/>
                <w:lang w:eastAsia="ja-JP"/>
              </w:rPr>
              <w:t>１個・１杯・その他（　　　　）</w:t>
            </w:r>
          </w:p>
        </w:tc>
      </w:tr>
      <w:tr w:rsidR="00CB6355" w:rsidRPr="00003941" w14:paraId="6D6FDCAE" w14:textId="77777777" w:rsidTr="00DA50D9">
        <w:trPr>
          <w:trHeight w:val="567"/>
          <w:jc w:val="center"/>
        </w:trPr>
        <w:tc>
          <w:tcPr>
            <w:tcW w:w="2268" w:type="dxa"/>
            <w:vAlign w:val="center"/>
          </w:tcPr>
          <w:p w14:paraId="654900B9" w14:textId="14C487A6" w:rsidR="00CB6355" w:rsidRPr="00003941" w:rsidRDefault="00B11DB6" w:rsidP="00DA50D9">
            <w:pPr>
              <w:spacing w:line="320" w:lineRule="exact"/>
              <w:jc w:val="center"/>
              <w:rPr>
                <w:sz w:val="24"/>
                <w:szCs w:val="24"/>
              </w:rPr>
            </w:pPr>
            <w:proofErr w:type="spellStart"/>
            <w:r w:rsidRPr="00003941">
              <w:rPr>
                <w:sz w:val="24"/>
                <w:szCs w:val="24"/>
              </w:rPr>
              <w:t>保存方法</w:t>
            </w:r>
            <w:proofErr w:type="spellEnd"/>
          </w:p>
        </w:tc>
        <w:tc>
          <w:tcPr>
            <w:tcW w:w="7370" w:type="dxa"/>
            <w:vAlign w:val="center"/>
          </w:tcPr>
          <w:p w14:paraId="3CADAA6D" w14:textId="52B84CDB" w:rsidR="00CB6355" w:rsidRPr="00003941" w:rsidRDefault="00B11DB6" w:rsidP="00DA50D9">
            <w:pPr>
              <w:spacing w:line="320" w:lineRule="exact"/>
              <w:rPr>
                <w:sz w:val="24"/>
                <w:szCs w:val="24"/>
                <w:lang w:eastAsia="ja-JP"/>
              </w:rPr>
            </w:pPr>
            <w:r w:rsidRPr="00003941">
              <w:rPr>
                <w:sz w:val="24"/>
                <w:szCs w:val="24"/>
                <w:lang w:eastAsia="ja-JP"/>
              </w:rPr>
              <w:t xml:space="preserve">□ </w:t>
            </w:r>
            <w:r w:rsidRPr="00003941">
              <w:rPr>
                <w:sz w:val="24"/>
                <w:szCs w:val="24"/>
                <w:lang w:eastAsia="ja-JP"/>
              </w:rPr>
              <w:t xml:space="preserve">常温　</w:t>
            </w:r>
            <w:r w:rsidRPr="00003941">
              <w:rPr>
                <w:sz w:val="24"/>
                <w:szCs w:val="24"/>
                <w:lang w:eastAsia="ja-JP"/>
              </w:rPr>
              <w:t xml:space="preserve">□ </w:t>
            </w:r>
            <w:r w:rsidRPr="00003941">
              <w:rPr>
                <w:sz w:val="24"/>
                <w:szCs w:val="24"/>
                <w:lang w:eastAsia="ja-JP"/>
              </w:rPr>
              <w:t xml:space="preserve">冷蔵　</w:t>
            </w:r>
            <w:r w:rsidRPr="00003941">
              <w:rPr>
                <w:sz w:val="24"/>
                <w:szCs w:val="24"/>
                <w:lang w:eastAsia="ja-JP"/>
              </w:rPr>
              <w:t xml:space="preserve">□ </w:t>
            </w:r>
            <w:r w:rsidRPr="00003941">
              <w:rPr>
                <w:sz w:val="24"/>
                <w:szCs w:val="24"/>
                <w:lang w:eastAsia="ja-JP"/>
              </w:rPr>
              <w:t>冷凍</w:t>
            </w:r>
          </w:p>
        </w:tc>
      </w:tr>
      <w:tr w:rsidR="00D17D88" w:rsidRPr="00003941" w14:paraId="0E2B5545" w14:textId="77777777" w:rsidTr="00DA50D9">
        <w:trPr>
          <w:trHeight w:val="567"/>
          <w:jc w:val="center"/>
        </w:trPr>
        <w:tc>
          <w:tcPr>
            <w:tcW w:w="2268" w:type="dxa"/>
            <w:vAlign w:val="center"/>
          </w:tcPr>
          <w:p w14:paraId="33D9EAF7" w14:textId="2D20135C" w:rsidR="00D17D88" w:rsidRPr="00CE514A" w:rsidRDefault="00D17D88" w:rsidP="00DA50D9">
            <w:pPr>
              <w:spacing w:line="320" w:lineRule="exact"/>
              <w:jc w:val="center"/>
              <w:rPr>
                <w:color w:val="000000" w:themeColor="text1"/>
                <w:sz w:val="24"/>
                <w:szCs w:val="24"/>
              </w:rPr>
            </w:pPr>
            <w:proofErr w:type="spellStart"/>
            <w:r w:rsidRPr="00CE514A">
              <w:rPr>
                <w:color w:val="000000" w:themeColor="text1"/>
                <w:sz w:val="24"/>
                <w:szCs w:val="24"/>
              </w:rPr>
              <w:t>期限</w:t>
            </w:r>
            <w:proofErr w:type="spellEnd"/>
          </w:p>
        </w:tc>
        <w:tc>
          <w:tcPr>
            <w:tcW w:w="7370" w:type="dxa"/>
            <w:vAlign w:val="center"/>
          </w:tcPr>
          <w:p w14:paraId="4A17CD49" w14:textId="63683D2B" w:rsidR="00D17D88" w:rsidRPr="00CE514A" w:rsidRDefault="00D17D88" w:rsidP="00DA50D9">
            <w:pPr>
              <w:spacing w:line="320" w:lineRule="exact"/>
              <w:rPr>
                <w:color w:val="000000" w:themeColor="text1"/>
                <w:sz w:val="24"/>
                <w:szCs w:val="24"/>
                <w:lang w:eastAsia="ja-JP"/>
              </w:rPr>
            </w:pPr>
            <w:r w:rsidRPr="00CE514A">
              <w:rPr>
                <w:rFonts w:hint="eastAsia"/>
                <w:color w:val="000000" w:themeColor="text1"/>
                <w:sz w:val="24"/>
                <w:szCs w:val="24"/>
                <w:lang w:eastAsia="ja-JP"/>
              </w:rPr>
              <w:t>□</w:t>
            </w:r>
            <w:r w:rsidRPr="00CE514A">
              <w:rPr>
                <w:color w:val="000000" w:themeColor="text1"/>
                <w:sz w:val="24"/>
                <w:szCs w:val="24"/>
                <w:lang w:eastAsia="ja-JP"/>
              </w:rPr>
              <w:t xml:space="preserve"> </w:t>
            </w:r>
            <w:r w:rsidRPr="00CE514A">
              <w:rPr>
                <w:color w:val="000000" w:themeColor="text1"/>
                <w:sz w:val="24"/>
                <w:szCs w:val="24"/>
                <w:lang w:eastAsia="ja-JP"/>
              </w:rPr>
              <w:t xml:space="preserve">消費期限　</w:t>
            </w:r>
            <w:r w:rsidRPr="00CE514A">
              <w:rPr>
                <w:color w:val="000000" w:themeColor="text1"/>
                <w:sz w:val="24"/>
                <w:szCs w:val="24"/>
                <w:lang w:eastAsia="ja-JP"/>
              </w:rPr>
              <w:t xml:space="preserve">□ </w:t>
            </w:r>
            <w:r w:rsidRPr="00CE514A">
              <w:rPr>
                <w:color w:val="000000" w:themeColor="text1"/>
                <w:sz w:val="24"/>
                <w:szCs w:val="24"/>
                <w:lang w:eastAsia="ja-JP"/>
              </w:rPr>
              <w:t>賞味期限：製造日から　　　　日</w:t>
            </w:r>
          </w:p>
        </w:tc>
      </w:tr>
      <w:tr w:rsidR="00CB6355" w:rsidRPr="00003941" w14:paraId="1BBC8A92" w14:textId="77777777" w:rsidTr="00F04AE4">
        <w:trPr>
          <w:trHeight w:val="1233"/>
          <w:jc w:val="center"/>
        </w:trPr>
        <w:tc>
          <w:tcPr>
            <w:tcW w:w="2268" w:type="dxa"/>
            <w:vAlign w:val="center"/>
          </w:tcPr>
          <w:p w14:paraId="7771EB2E" w14:textId="77777777" w:rsidR="00CB6355" w:rsidRPr="00CE514A" w:rsidRDefault="00B11DB6" w:rsidP="00DA50D9">
            <w:pPr>
              <w:spacing w:line="320" w:lineRule="exact"/>
              <w:jc w:val="center"/>
              <w:rPr>
                <w:color w:val="000000" w:themeColor="text1"/>
                <w:sz w:val="24"/>
                <w:szCs w:val="24"/>
              </w:rPr>
            </w:pPr>
            <w:proofErr w:type="spellStart"/>
            <w:r w:rsidRPr="00CE514A">
              <w:rPr>
                <w:color w:val="000000" w:themeColor="text1"/>
                <w:sz w:val="24"/>
                <w:szCs w:val="24"/>
              </w:rPr>
              <w:t>提供方法</w:t>
            </w:r>
            <w:proofErr w:type="spellEnd"/>
          </w:p>
        </w:tc>
        <w:tc>
          <w:tcPr>
            <w:tcW w:w="7370" w:type="dxa"/>
            <w:vAlign w:val="center"/>
          </w:tcPr>
          <w:p w14:paraId="03F699E1" w14:textId="77777777" w:rsidR="006745D5" w:rsidRDefault="00B11DB6" w:rsidP="00DA50D9">
            <w:pPr>
              <w:spacing w:line="320" w:lineRule="exact"/>
              <w:rPr>
                <w:color w:val="000000" w:themeColor="text1"/>
                <w:sz w:val="24"/>
                <w:szCs w:val="24"/>
                <w:lang w:eastAsia="ja-JP"/>
              </w:rPr>
            </w:pPr>
            <w:r w:rsidRPr="00CE514A">
              <w:rPr>
                <w:color w:val="000000" w:themeColor="text1"/>
                <w:sz w:val="24"/>
                <w:szCs w:val="24"/>
                <w:lang w:eastAsia="ja-JP"/>
              </w:rPr>
              <w:t xml:space="preserve">□ </w:t>
            </w:r>
            <w:r w:rsidRPr="00CE514A">
              <w:rPr>
                <w:color w:val="000000" w:themeColor="text1"/>
                <w:sz w:val="24"/>
                <w:szCs w:val="24"/>
                <w:lang w:eastAsia="ja-JP"/>
              </w:rPr>
              <w:t xml:space="preserve">事前納品　</w:t>
            </w:r>
            <w:r w:rsidRPr="00CE514A">
              <w:rPr>
                <w:color w:val="000000" w:themeColor="text1"/>
                <w:sz w:val="24"/>
                <w:szCs w:val="24"/>
                <w:lang w:eastAsia="ja-JP"/>
              </w:rPr>
              <w:t xml:space="preserve">□ </w:t>
            </w:r>
            <w:r w:rsidRPr="00CE514A">
              <w:rPr>
                <w:color w:val="000000" w:themeColor="text1"/>
                <w:sz w:val="24"/>
                <w:szCs w:val="24"/>
                <w:lang w:eastAsia="ja-JP"/>
              </w:rPr>
              <w:t xml:space="preserve">対局当日配達　</w:t>
            </w:r>
          </w:p>
          <w:p w14:paraId="68583A2C" w14:textId="1CC31B2F" w:rsidR="00CB6355" w:rsidRPr="00CE514A" w:rsidRDefault="00B11DB6" w:rsidP="00DA50D9">
            <w:pPr>
              <w:spacing w:line="320" w:lineRule="exact"/>
              <w:rPr>
                <w:color w:val="000000" w:themeColor="text1"/>
                <w:sz w:val="24"/>
                <w:szCs w:val="24"/>
                <w:lang w:eastAsia="ja-JP"/>
              </w:rPr>
            </w:pPr>
            <w:r w:rsidRPr="00CE514A">
              <w:rPr>
                <w:color w:val="000000" w:themeColor="text1"/>
                <w:sz w:val="24"/>
                <w:szCs w:val="24"/>
                <w:lang w:eastAsia="ja-JP"/>
              </w:rPr>
              <w:t>□</w:t>
            </w:r>
            <w:r w:rsidR="00D17D88" w:rsidRPr="00CE514A">
              <w:rPr>
                <w:rFonts w:hint="eastAsia"/>
                <w:color w:val="000000" w:themeColor="text1"/>
                <w:sz w:val="24"/>
                <w:szCs w:val="24"/>
                <w:lang w:eastAsia="ja-JP"/>
              </w:rPr>
              <w:t>会場スタッフ</w:t>
            </w:r>
            <w:r w:rsidRPr="00CE514A">
              <w:rPr>
                <w:color w:val="000000" w:themeColor="text1"/>
                <w:sz w:val="24"/>
                <w:szCs w:val="24"/>
                <w:lang w:eastAsia="ja-JP"/>
              </w:rPr>
              <w:t>が</w:t>
            </w:r>
            <w:r w:rsidR="00CE514A" w:rsidRPr="00CE514A">
              <w:rPr>
                <w:rFonts w:hint="eastAsia"/>
                <w:color w:val="000000" w:themeColor="text1"/>
                <w:sz w:val="24"/>
                <w:szCs w:val="24"/>
                <w:lang w:eastAsia="ja-JP"/>
              </w:rPr>
              <w:t>盛り付け</w:t>
            </w:r>
            <w:r w:rsidRPr="00CE514A">
              <w:rPr>
                <w:color w:val="000000" w:themeColor="text1"/>
                <w:sz w:val="24"/>
                <w:szCs w:val="24"/>
                <w:lang w:eastAsia="ja-JP"/>
              </w:rPr>
              <w:t>・提供</w:t>
            </w:r>
            <w:r w:rsidRPr="00CE514A">
              <w:rPr>
                <w:color w:val="000000" w:themeColor="text1"/>
                <w:sz w:val="24"/>
                <w:szCs w:val="24"/>
                <w:lang w:eastAsia="ja-JP"/>
              </w:rPr>
              <w:br/>
            </w:r>
            <w:r w:rsidRPr="00CE514A">
              <w:rPr>
                <w:color w:val="000000" w:themeColor="text1"/>
                <w:sz w:val="24"/>
                <w:szCs w:val="24"/>
                <w:lang w:eastAsia="ja-JP"/>
              </w:rPr>
              <w:t>具体的な方法：</w:t>
            </w:r>
          </w:p>
        </w:tc>
      </w:tr>
      <w:tr w:rsidR="00CB6355" w:rsidRPr="00003941" w14:paraId="5B95D8F8" w14:textId="77777777" w:rsidTr="00F04AE4">
        <w:trPr>
          <w:trHeight w:val="1122"/>
          <w:jc w:val="center"/>
        </w:trPr>
        <w:tc>
          <w:tcPr>
            <w:tcW w:w="2268" w:type="dxa"/>
            <w:vAlign w:val="center"/>
          </w:tcPr>
          <w:p w14:paraId="2B1CBBB0" w14:textId="77777777" w:rsidR="00CB6355" w:rsidRPr="00003941" w:rsidRDefault="00B11DB6" w:rsidP="00DA50D9">
            <w:pPr>
              <w:spacing w:line="320" w:lineRule="exact"/>
              <w:jc w:val="center"/>
              <w:rPr>
                <w:sz w:val="24"/>
                <w:szCs w:val="24"/>
              </w:rPr>
            </w:pPr>
            <w:proofErr w:type="spellStart"/>
            <w:r w:rsidRPr="00003941">
              <w:rPr>
                <w:sz w:val="24"/>
                <w:szCs w:val="24"/>
              </w:rPr>
              <w:t>全国発送・供給体制</w:t>
            </w:r>
            <w:proofErr w:type="spellEnd"/>
          </w:p>
        </w:tc>
        <w:tc>
          <w:tcPr>
            <w:tcW w:w="7370" w:type="dxa"/>
            <w:vAlign w:val="center"/>
          </w:tcPr>
          <w:p w14:paraId="08590EB5" w14:textId="77777777" w:rsidR="00CB6355" w:rsidRPr="00003941" w:rsidRDefault="00B11DB6" w:rsidP="00DA50D9">
            <w:pPr>
              <w:spacing w:line="320" w:lineRule="exact"/>
              <w:rPr>
                <w:sz w:val="24"/>
                <w:szCs w:val="24"/>
                <w:lang w:eastAsia="ja-JP"/>
              </w:rPr>
            </w:pPr>
            <w:r w:rsidRPr="00003941">
              <w:rPr>
                <w:sz w:val="24"/>
                <w:szCs w:val="24"/>
                <w:lang w:eastAsia="ja-JP"/>
              </w:rPr>
              <w:t xml:space="preserve">□ </w:t>
            </w:r>
            <w:r w:rsidRPr="00003941">
              <w:rPr>
                <w:sz w:val="24"/>
                <w:szCs w:val="24"/>
                <w:lang w:eastAsia="ja-JP"/>
              </w:rPr>
              <w:t>全国発送可（</w:t>
            </w:r>
            <w:r w:rsidRPr="00003941">
              <w:rPr>
                <w:sz w:val="24"/>
                <w:szCs w:val="24"/>
                <w:lang w:eastAsia="ja-JP"/>
              </w:rPr>
              <w:t xml:space="preserve">□ </w:t>
            </w:r>
            <w:r w:rsidRPr="00003941">
              <w:rPr>
                <w:sz w:val="24"/>
                <w:szCs w:val="24"/>
                <w:lang w:eastAsia="ja-JP"/>
              </w:rPr>
              <w:t xml:space="preserve">常温　</w:t>
            </w:r>
            <w:r w:rsidRPr="00003941">
              <w:rPr>
                <w:sz w:val="24"/>
                <w:szCs w:val="24"/>
                <w:lang w:eastAsia="ja-JP"/>
              </w:rPr>
              <w:t xml:space="preserve">□ </w:t>
            </w:r>
            <w:r w:rsidRPr="00003941">
              <w:rPr>
                <w:sz w:val="24"/>
                <w:szCs w:val="24"/>
                <w:lang w:eastAsia="ja-JP"/>
              </w:rPr>
              <w:t xml:space="preserve">冷蔵　</w:t>
            </w:r>
            <w:r w:rsidRPr="00003941">
              <w:rPr>
                <w:sz w:val="24"/>
                <w:szCs w:val="24"/>
                <w:lang w:eastAsia="ja-JP"/>
              </w:rPr>
              <w:t xml:space="preserve">□ </w:t>
            </w:r>
            <w:r w:rsidRPr="00003941">
              <w:rPr>
                <w:sz w:val="24"/>
                <w:szCs w:val="24"/>
                <w:lang w:eastAsia="ja-JP"/>
              </w:rPr>
              <w:t>冷凍）</w:t>
            </w:r>
            <w:r w:rsidRPr="00003941">
              <w:rPr>
                <w:sz w:val="24"/>
                <w:szCs w:val="24"/>
                <w:lang w:eastAsia="ja-JP"/>
              </w:rPr>
              <w:br/>
              <w:t xml:space="preserve">□ </w:t>
            </w:r>
            <w:r w:rsidRPr="00003941">
              <w:rPr>
                <w:sz w:val="24"/>
                <w:szCs w:val="24"/>
                <w:lang w:eastAsia="ja-JP"/>
              </w:rPr>
              <w:t>全国発送不可</w:t>
            </w:r>
            <w:r w:rsidRPr="00003941">
              <w:rPr>
                <w:sz w:val="24"/>
                <w:szCs w:val="24"/>
                <w:lang w:eastAsia="ja-JP"/>
              </w:rPr>
              <w:br/>
            </w:r>
            <w:r w:rsidRPr="00003941">
              <w:rPr>
                <w:sz w:val="24"/>
                <w:szCs w:val="24"/>
                <w:lang w:eastAsia="ja-JP"/>
              </w:rPr>
              <w:t>注文増加時の製造・販売対応：</w:t>
            </w:r>
          </w:p>
        </w:tc>
      </w:tr>
      <w:tr w:rsidR="00B11DB6" w:rsidRPr="00003941" w14:paraId="5BBAB2A1" w14:textId="77777777" w:rsidTr="00F04AE4">
        <w:trPr>
          <w:trHeight w:val="841"/>
          <w:jc w:val="center"/>
        </w:trPr>
        <w:tc>
          <w:tcPr>
            <w:tcW w:w="2268" w:type="dxa"/>
            <w:vAlign w:val="center"/>
          </w:tcPr>
          <w:p w14:paraId="4C2127BA" w14:textId="4CC44C12" w:rsidR="00B11DB6" w:rsidRPr="00003941" w:rsidRDefault="00B11DB6" w:rsidP="00DA50D9">
            <w:pPr>
              <w:spacing w:line="320" w:lineRule="exact"/>
              <w:jc w:val="center"/>
              <w:rPr>
                <w:sz w:val="24"/>
                <w:szCs w:val="24"/>
              </w:rPr>
            </w:pPr>
            <w:r>
              <w:rPr>
                <w:rFonts w:hint="eastAsia"/>
                <w:sz w:val="24"/>
                <w:szCs w:val="24"/>
                <w:lang w:eastAsia="ja-JP"/>
              </w:rPr>
              <w:t>ふるさと納税</w:t>
            </w:r>
          </w:p>
        </w:tc>
        <w:tc>
          <w:tcPr>
            <w:tcW w:w="7370" w:type="dxa"/>
            <w:vAlign w:val="center"/>
          </w:tcPr>
          <w:p w14:paraId="68E9BACD" w14:textId="1583BC5D" w:rsidR="00B11DB6" w:rsidRDefault="00B11DB6" w:rsidP="00DA50D9">
            <w:pPr>
              <w:spacing w:line="320" w:lineRule="exact"/>
              <w:rPr>
                <w:sz w:val="24"/>
                <w:szCs w:val="24"/>
                <w:lang w:eastAsia="ja-JP"/>
              </w:rPr>
            </w:pPr>
            <w:r>
              <w:rPr>
                <w:rFonts w:hint="eastAsia"/>
                <w:sz w:val="24"/>
                <w:szCs w:val="24"/>
                <w:lang w:eastAsia="ja-JP"/>
              </w:rPr>
              <w:t>本商品は、大田市ふるさと納税の返礼品になっているか。</w:t>
            </w:r>
          </w:p>
          <w:p w14:paraId="2EFDDAAC" w14:textId="47A36D18" w:rsidR="00B11DB6" w:rsidRPr="00003941" w:rsidRDefault="00B11DB6" w:rsidP="00DA50D9">
            <w:pPr>
              <w:spacing w:line="320" w:lineRule="exact"/>
              <w:rPr>
                <w:sz w:val="24"/>
                <w:szCs w:val="24"/>
                <w:lang w:eastAsia="ja-JP"/>
              </w:rPr>
            </w:pPr>
            <w:r w:rsidRPr="00B11DB6">
              <w:rPr>
                <w:rFonts w:hint="eastAsia"/>
                <w:sz w:val="24"/>
                <w:szCs w:val="24"/>
                <w:lang w:eastAsia="ja-JP"/>
              </w:rPr>
              <w:t>□</w:t>
            </w:r>
            <w:r w:rsidRPr="00B11DB6">
              <w:rPr>
                <w:sz w:val="24"/>
                <w:szCs w:val="24"/>
                <w:lang w:eastAsia="ja-JP"/>
              </w:rPr>
              <w:t xml:space="preserve"> </w:t>
            </w:r>
            <w:r>
              <w:rPr>
                <w:rFonts w:hint="eastAsia"/>
                <w:sz w:val="24"/>
                <w:szCs w:val="24"/>
                <w:lang w:eastAsia="ja-JP"/>
              </w:rPr>
              <w:t>なっている。</w:t>
            </w:r>
            <w:r w:rsidRPr="00B11DB6">
              <w:rPr>
                <w:sz w:val="24"/>
                <w:szCs w:val="24"/>
                <w:lang w:eastAsia="ja-JP"/>
              </w:rPr>
              <w:t xml:space="preserve">　</w:t>
            </w:r>
            <w:r w:rsidRPr="00B11DB6">
              <w:rPr>
                <w:sz w:val="24"/>
                <w:szCs w:val="24"/>
                <w:lang w:eastAsia="ja-JP"/>
              </w:rPr>
              <w:t xml:space="preserve">□ </w:t>
            </w:r>
            <w:r>
              <w:rPr>
                <w:rFonts w:hint="eastAsia"/>
                <w:sz w:val="24"/>
                <w:szCs w:val="24"/>
                <w:lang w:eastAsia="ja-JP"/>
              </w:rPr>
              <w:t>これからしたい。</w:t>
            </w:r>
            <w:r w:rsidRPr="00B11DB6">
              <w:rPr>
                <w:sz w:val="24"/>
                <w:szCs w:val="24"/>
                <w:lang w:eastAsia="ja-JP"/>
              </w:rPr>
              <w:t xml:space="preserve">　</w:t>
            </w:r>
            <w:r w:rsidRPr="00B11DB6">
              <w:rPr>
                <w:sz w:val="24"/>
                <w:szCs w:val="24"/>
                <w:lang w:eastAsia="ja-JP"/>
              </w:rPr>
              <w:t xml:space="preserve">□ </w:t>
            </w:r>
            <w:r>
              <w:rPr>
                <w:rFonts w:hint="eastAsia"/>
                <w:sz w:val="24"/>
                <w:szCs w:val="24"/>
                <w:lang w:eastAsia="ja-JP"/>
              </w:rPr>
              <w:t>予定なし。</w:t>
            </w:r>
          </w:p>
        </w:tc>
      </w:tr>
    </w:tbl>
    <w:p w14:paraId="4C4EC5CE" w14:textId="3E7A625D" w:rsidR="00003941" w:rsidRPr="00DA50D9" w:rsidRDefault="00A973B7" w:rsidP="00F04AE4">
      <w:pPr>
        <w:spacing w:line="260" w:lineRule="exact"/>
        <w:ind w:firstLineChars="100" w:firstLine="220"/>
        <w:rPr>
          <w:rFonts w:asciiTheme="minorEastAsia" w:hAnsiTheme="minorEastAsia"/>
          <w:bCs/>
          <w:sz w:val="22"/>
          <w:lang w:eastAsia="ja-JP"/>
        </w:rPr>
      </w:pPr>
      <w:r w:rsidRPr="00DA50D9">
        <w:rPr>
          <w:rFonts w:asciiTheme="minorEastAsia" w:hAnsiTheme="minorEastAsia" w:hint="eastAsia"/>
          <w:bCs/>
          <w:sz w:val="22"/>
          <w:lang w:eastAsia="ja-JP"/>
        </w:rPr>
        <w:t>※１商品につき１枚提出してください（２点まで応募可）。</w:t>
      </w:r>
    </w:p>
    <w:p w14:paraId="23F34AD4" w14:textId="77777777" w:rsidR="00990552" w:rsidRDefault="00B11DB6" w:rsidP="00F04AE4">
      <w:pPr>
        <w:spacing w:line="260" w:lineRule="exact"/>
        <w:ind w:firstLineChars="100" w:firstLine="220"/>
        <w:rPr>
          <w:rFonts w:asciiTheme="minorEastAsia" w:hAnsiTheme="minorEastAsia"/>
          <w:bCs/>
          <w:sz w:val="22"/>
          <w:lang w:eastAsia="ja-JP"/>
        </w:rPr>
      </w:pPr>
      <w:r w:rsidRPr="00DA50D9">
        <w:rPr>
          <w:rFonts w:asciiTheme="minorEastAsia" w:hAnsiTheme="minorEastAsia"/>
          <w:bCs/>
          <w:sz w:val="22"/>
          <w:lang w:eastAsia="ja-JP"/>
        </w:rPr>
        <w:t>※選定された商品が、実際に棋士に選ばれるとは限りません。</w:t>
      </w:r>
    </w:p>
    <w:p w14:paraId="6517E5CB" w14:textId="7EDDF455" w:rsidR="00CB6355" w:rsidRPr="00DA50D9" w:rsidRDefault="00B11DB6" w:rsidP="00F04AE4">
      <w:pPr>
        <w:spacing w:line="260" w:lineRule="exact"/>
        <w:ind w:firstLineChars="100" w:firstLine="220"/>
        <w:rPr>
          <w:rFonts w:asciiTheme="minorEastAsia" w:hAnsiTheme="minorEastAsia"/>
          <w:bCs/>
          <w:sz w:val="22"/>
          <w:lang w:eastAsia="ja-JP"/>
        </w:rPr>
      </w:pPr>
      <w:r w:rsidRPr="00DA50D9">
        <w:rPr>
          <w:rFonts w:asciiTheme="minorEastAsia" w:hAnsiTheme="minorEastAsia"/>
          <w:bCs/>
          <w:sz w:val="22"/>
          <w:lang w:eastAsia="ja-JP"/>
        </w:rPr>
        <w:t>※必要に応じて、商品の詳細や提供方法について確認させていただく場合があります。</w:t>
      </w:r>
    </w:p>
    <w:sectPr w:rsidR="00CB6355" w:rsidRPr="00DA50D9" w:rsidSect="00D572E7">
      <w:pgSz w:w="11906" w:h="16838" w:code="9"/>
      <w:pgMar w:top="964" w:right="1134"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7A627" w14:textId="77777777" w:rsidR="00D17D88" w:rsidRDefault="00D17D88" w:rsidP="00D17D88">
      <w:pPr>
        <w:spacing w:after="0" w:line="240" w:lineRule="auto"/>
      </w:pPr>
      <w:r>
        <w:separator/>
      </w:r>
    </w:p>
  </w:endnote>
  <w:endnote w:type="continuationSeparator" w:id="0">
    <w:p w14:paraId="2EE69164" w14:textId="77777777" w:rsidR="00D17D88" w:rsidRDefault="00D17D88" w:rsidP="00D17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5002EFF" w:usb1="C200ACFF"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09880" w14:textId="77777777" w:rsidR="00D17D88" w:rsidRDefault="00D17D88" w:rsidP="00D17D88">
      <w:pPr>
        <w:spacing w:after="0" w:line="240" w:lineRule="auto"/>
      </w:pPr>
      <w:r>
        <w:separator/>
      </w:r>
    </w:p>
  </w:footnote>
  <w:footnote w:type="continuationSeparator" w:id="0">
    <w:p w14:paraId="53F75E97" w14:textId="77777777" w:rsidR="00D17D88" w:rsidRDefault="00D17D88" w:rsidP="00D17D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characterSpacingControl w:val="doNotCompress"/>
  <w:hdrShapeDefaults>
    <o:shapedefaults v:ext="edit" spidmax="10241">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941"/>
    <w:rsid w:val="00034616"/>
    <w:rsid w:val="0006063C"/>
    <w:rsid w:val="00076AFC"/>
    <w:rsid w:val="0015074B"/>
    <w:rsid w:val="00197015"/>
    <w:rsid w:val="0029639D"/>
    <w:rsid w:val="00326F90"/>
    <w:rsid w:val="004066C3"/>
    <w:rsid w:val="004615E9"/>
    <w:rsid w:val="004802F8"/>
    <w:rsid w:val="006745D5"/>
    <w:rsid w:val="00990552"/>
    <w:rsid w:val="00A973B7"/>
    <w:rsid w:val="00AA1D8D"/>
    <w:rsid w:val="00AB78B7"/>
    <w:rsid w:val="00B11DB6"/>
    <w:rsid w:val="00B47730"/>
    <w:rsid w:val="00CB0664"/>
    <w:rsid w:val="00CB6355"/>
    <w:rsid w:val="00CD5EFB"/>
    <w:rsid w:val="00CE514A"/>
    <w:rsid w:val="00D17D88"/>
    <w:rsid w:val="00D572E7"/>
    <w:rsid w:val="00DA50D9"/>
    <w:rsid w:val="00ED461D"/>
    <w:rsid w:val="00F04A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v:textbox inset="5.85pt,.7pt,5.85pt,.7pt"/>
    </o:shapedefaults>
    <o:shapelayout v:ext="edit">
      <o:idmap v:ext="edit" data="1"/>
    </o:shapelayout>
  </w:shapeDefaults>
  <w:decimalSymbol w:val="."/>
  <w:listSeparator w:val=","/>
  <w14:docId w14:val="460C9D3B"/>
  <w14:defaultImageDpi w14:val="300"/>
  <w15:docId w15:val="{FC850C92-7E0A-475E-A51D-643031AD7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pPr>
    <w:rPr>
      <w:rFonts w:ascii="Yu Gothic" w:hAnsi="Yu Gothic"/>
      <w:sz w:val="2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86</Words>
  <Characters>493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産業振興部（o-sangyou20）</cp:lastModifiedBy>
  <cp:revision>7</cp:revision>
  <cp:lastPrinted>2026-10-20T07:22:00Z</cp:lastPrinted>
  <dcterms:created xsi:type="dcterms:W3CDTF">2026-10-19T08:09:00Z</dcterms:created>
  <dcterms:modified xsi:type="dcterms:W3CDTF">2026-10-20T07:27:00Z</dcterms:modified>
  <cp:category/>
</cp:coreProperties>
</file>